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E1CF2" w14:textId="77777777" w:rsidR="00300FAC" w:rsidRPr="00352867" w:rsidRDefault="00300FAC" w:rsidP="00552DFF">
      <w:pPr>
        <w:pStyle w:val="Tytu"/>
        <w:rPr>
          <w:rFonts w:ascii="Lato" w:hAnsi="Lato" w:cs="Lato"/>
          <w:sz w:val="20"/>
          <w:szCs w:val="20"/>
        </w:rPr>
      </w:pPr>
    </w:p>
    <w:p w14:paraId="33918A3D" w14:textId="77777777" w:rsidR="00300FAC" w:rsidRPr="00352867" w:rsidRDefault="00300FAC" w:rsidP="00552DFF">
      <w:pPr>
        <w:pStyle w:val="Tytu"/>
        <w:rPr>
          <w:rFonts w:ascii="Lato" w:hAnsi="Lato" w:cs="Lato"/>
          <w:b w:val="0"/>
          <w:bCs/>
          <w:color w:val="auto"/>
          <w:sz w:val="20"/>
          <w:szCs w:val="20"/>
        </w:rPr>
      </w:pPr>
      <w:r w:rsidRPr="00352867">
        <w:rPr>
          <w:rFonts w:ascii="Lato" w:hAnsi="Lato" w:cs="Lato"/>
          <w:b w:val="0"/>
          <w:bCs/>
          <w:color w:val="auto"/>
          <w:sz w:val="20"/>
          <w:szCs w:val="20"/>
        </w:rPr>
        <w:t xml:space="preserve">…………………………………………….. </w:t>
      </w:r>
    </w:p>
    <w:p w14:paraId="7DF9830A" w14:textId="4EC14AD9" w:rsidR="00300FAC" w:rsidRPr="00411193" w:rsidRDefault="00300FAC" w:rsidP="00552DFF">
      <w:pPr>
        <w:pStyle w:val="Tytu"/>
        <w:rPr>
          <w:rFonts w:ascii="Lato" w:hAnsi="Lato" w:cs="Lato"/>
          <w:b w:val="0"/>
          <w:bCs/>
          <w:color w:val="auto"/>
          <w:sz w:val="18"/>
          <w:szCs w:val="18"/>
        </w:rPr>
      </w:pPr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(</w:t>
      </w:r>
      <w:proofErr w:type="spellStart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pieczęć</w:t>
      </w:r>
      <w:proofErr w:type="spellEnd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 xml:space="preserve"> </w:t>
      </w:r>
      <w:proofErr w:type="spellStart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szkoły</w:t>
      </w:r>
      <w:proofErr w:type="spellEnd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)</w:t>
      </w:r>
    </w:p>
    <w:p w14:paraId="7866DCE8" w14:textId="77777777" w:rsidR="00300FAC" w:rsidRPr="00352867" w:rsidRDefault="00300FAC" w:rsidP="00DD5064">
      <w:pPr>
        <w:pStyle w:val="Tytu"/>
        <w:rPr>
          <w:rFonts w:ascii="Lato" w:hAnsi="Lato" w:cs="Lato"/>
          <w:sz w:val="20"/>
          <w:szCs w:val="20"/>
        </w:rPr>
      </w:pPr>
    </w:p>
    <w:p w14:paraId="0471E529" w14:textId="01175D67" w:rsidR="00A67B2E" w:rsidRPr="00352867" w:rsidRDefault="00382C8A" w:rsidP="00552DFF">
      <w:pPr>
        <w:pStyle w:val="Tytu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KARTA ZGŁOSZENIA UCZNIA</w:t>
      </w:r>
    </w:p>
    <w:p w14:paraId="20711789" w14:textId="7D7E228D" w:rsidR="00A67B2E" w:rsidRPr="00352867" w:rsidRDefault="00382C8A" w:rsidP="00552DFF">
      <w:pPr>
        <w:spacing w:line="240" w:lineRule="auto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b/>
          <w:sz w:val="20"/>
          <w:szCs w:val="20"/>
        </w:rPr>
        <w:t>do Wojewódzkiego Konkursu z .......................................................... (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nazwa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przedmiotu</w:t>
      </w:r>
      <w:proofErr w:type="spellEnd"/>
      <w:r w:rsidRPr="00352867">
        <w:rPr>
          <w:rFonts w:ascii="Lato" w:hAnsi="Lato" w:cs="Lato"/>
          <w:b/>
          <w:sz w:val="20"/>
          <w:szCs w:val="20"/>
        </w:rPr>
        <w:t>)</w:t>
      </w:r>
      <w:r w:rsidR="00A14621" w:rsidRPr="00352867">
        <w:rPr>
          <w:rFonts w:ascii="Lato" w:hAnsi="Lato" w:cs="Lato"/>
          <w:b/>
          <w:sz w:val="20"/>
          <w:szCs w:val="20"/>
        </w:rPr>
        <w:t>*</w:t>
      </w:r>
      <w:r w:rsidRPr="00352867">
        <w:rPr>
          <w:rFonts w:ascii="Lato" w:hAnsi="Lato" w:cs="Lato"/>
          <w:b/>
          <w:sz w:val="20"/>
          <w:szCs w:val="20"/>
        </w:rPr>
        <w:br/>
      </w:r>
      <w:proofErr w:type="spellStart"/>
      <w:r w:rsidRPr="00352867">
        <w:rPr>
          <w:rFonts w:ascii="Lato" w:hAnsi="Lato" w:cs="Lato"/>
          <w:b/>
          <w:sz w:val="20"/>
          <w:szCs w:val="20"/>
        </w:rPr>
        <w:t>dla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uczniów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klas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IV–VIII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szkół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podstawowych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województwa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pomorskiego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w roku szkolnym 2026/2027</w:t>
      </w:r>
    </w:p>
    <w:p w14:paraId="2DA09ABE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I. Dane uczestnika</w:t>
      </w:r>
    </w:p>
    <w:p w14:paraId="055D38CE" w14:textId="6B0070A2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Imię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(</w:t>
      </w:r>
      <w:proofErr w:type="spellStart"/>
      <w:r w:rsidRPr="00352867">
        <w:rPr>
          <w:rFonts w:ascii="Lato" w:hAnsi="Lato" w:cs="Lato"/>
          <w:sz w:val="20"/>
          <w:szCs w:val="20"/>
        </w:rPr>
        <w:t>imiona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) </w:t>
      </w:r>
      <w:proofErr w:type="spellStart"/>
      <w:r w:rsidRPr="00352867">
        <w:rPr>
          <w:rFonts w:ascii="Lato" w:hAnsi="Lato" w:cs="Lato"/>
          <w:sz w:val="20"/>
          <w:szCs w:val="20"/>
        </w:rPr>
        <w:t>ucznia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6458D8C7" w14:textId="0AEDE8F9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Nazwisko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ucznia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3F812EFF" w14:textId="640F3E2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Data </w:t>
      </w:r>
      <w:proofErr w:type="spellStart"/>
      <w:r w:rsidRPr="00352867">
        <w:rPr>
          <w:rFonts w:ascii="Lato" w:hAnsi="Lato" w:cs="Lato"/>
          <w:sz w:val="20"/>
          <w:szCs w:val="20"/>
        </w:rPr>
        <w:t>urodzenia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59F4CB45" w14:textId="37CFF94B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Miejsce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urodzenia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(</w:t>
      </w:r>
      <w:proofErr w:type="spellStart"/>
      <w:r w:rsidRPr="00352867">
        <w:rPr>
          <w:rFonts w:ascii="Lato" w:hAnsi="Lato" w:cs="Lato"/>
          <w:sz w:val="20"/>
          <w:szCs w:val="20"/>
        </w:rPr>
        <w:t>miejscowość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w </w:t>
      </w:r>
      <w:proofErr w:type="spellStart"/>
      <w:r w:rsidRPr="00352867">
        <w:rPr>
          <w:rFonts w:ascii="Lato" w:hAnsi="Lato" w:cs="Lato"/>
          <w:sz w:val="20"/>
          <w:szCs w:val="20"/>
        </w:rPr>
        <w:t>przypadku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urodzenia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poza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Polską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– </w:t>
      </w:r>
      <w:proofErr w:type="spellStart"/>
      <w:r w:rsidRPr="00352867">
        <w:rPr>
          <w:rFonts w:ascii="Lato" w:hAnsi="Lato" w:cs="Lato"/>
          <w:sz w:val="20"/>
          <w:szCs w:val="20"/>
        </w:rPr>
        <w:t>również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kraj</w:t>
      </w:r>
      <w:proofErr w:type="spellEnd"/>
      <w:r w:rsidRPr="00352867">
        <w:rPr>
          <w:rFonts w:ascii="Lato" w:hAnsi="Lato" w:cs="Lato"/>
          <w:sz w:val="20"/>
          <w:szCs w:val="20"/>
        </w:rPr>
        <w:t>)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1F26FFB8" w14:textId="409B82A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Klasa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roku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szkolnym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2026/2027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362CEDAB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II. Dane szkoły</w:t>
      </w:r>
    </w:p>
    <w:p w14:paraId="74A678F5" w14:textId="5838BD20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Pełna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nazwa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szkoły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podstawowej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proofErr w:type="spellStart"/>
      <w:r w:rsidR="00DD5064">
        <w:rPr>
          <w:rFonts w:ascii="Lato" w:hAnsi="Lato" w:cs="Lato"/>
          <w:sz w:val="20"/>
          <w:szCs w:val="20"/>
        </w:rPr>
        <w:t>Szkoła</w:t>
      </w:r>
      <w:proofErr w:type="spellEnd"/>
      <w:r w:rsidR="00DD5064">
        <w:rPr>
          <w:rFonts w:ascii="Lato" w:hAnsi="Lato" w:cs="Lato"/>
          <w:sz w:val="20"/>
          <w:szCs w:val="20"/>
        </w:rPr>
        <w:t xml:space="preserve"> </w:t>
      </w:r>
      <w:proofErr w:type="spellStart"/>
      <w:r w:rsidR="00DD5064">
        <w:rPr>
          <w:rFonts w:ascii="Lato" w:hAnsi="Lato" w:cs="Lato"/>
          <w:sz w:val="20"/>
          <w:szCs w:val="20"/>
        </w:rPr>
        <w:t>Podstawowa</w:t>
      </w:r>
      <w:proofErr w:type="spellEnd"/>
      <w:r w:rsidR="00DD5064">
        <w:rPr>
          <w:rFonts w:ascii="Lato" w:hAnsi="Lato" w:cs="Lato"/>
          <w:sz w:val="20"/>
          <w:szCs w:val="20"/>
        </w:rPr>
        <w:t xml:space="preserve"> nr 18 </w:t>
      </w:r>
      <w:proofErr w:type="spellStart"/>
      <w:r w:rsidR="00DD5064">
        <w:rPr>
          <w:rFonts w:ascii="Lato" w:hAnsi="Lato" w:cs="Lato"/>
          <w:sz w:val="20"/>
          <w:szCs w:val="20"/>
        </w:rPr>
        <w:t>im</w:t>
      </w:r>
      <w:proofErr w:type="spellEnd"/>
      <w:r w:rsidR="00DD5064">
        <w:rPr>
          <w:rFonts w:ascii="Lato" w:hAnsi="Lato" w:cs="Lato"/>
          <w:sz w:val="20"/>
          <w:szCs w:val="20"/>
        </w:rPr>
        <w:t xml:space="preserve">. </w:t>
      </w:r>
      <w:proofErr w:type="spellStart"/>
      <w:r w:rsidR="00DD5064">
        <w:rPr>
          <w:rFonts w:ascii="Lato" w:hAnsi="Lato" w:cs="Lato"/>
          <w:sz w:val="20"/>
          <w:szCs w:val="20"/>
        </w:rPr>
        <w:t>Kornela</w:t>
      </w:r>
      <w:proofErr w:type="spellEnd"/>
      <w:r w:rsidR="00DD5064">
        <w:rPr>
          <w:rFonts w:ascii="Lato" w:hAnsi="Lato" w:cs="Lato"/>
          <w:sz w:val="20"/>
          <w:szCs w:val="20"/>
        </w:rPr>
        <w:t xml:space="preserve"> </w:t>
      </w:r>
      <w:proofErr w:type="spellStart"/>
      <w:r w:rsidR="00DD5064">
        <w:rPr>
          <w:rFonts w:ascii="Lato" w:hAnsi="Lato" w:cs="Lato"/>
          <w:sz w:val="20"/>
          <w:szCs w:val="20"/>
        </w:rPr>
        <w:t>Makuszyńskiego</w:t>
      </w:r>
      <w:proofErr w:type="spellEnd"/>
    </w:p>
    <w:p w14:paraId="317B45EB" w14:textId="62F265F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Ulica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numer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proofErr w:type="spellStart"/>
      <w:r w:rsidR="00DD5064">
        <w:rPr>
          <w:rFonts w:ascii="Lato" w:hAnsi="Lato" w:cs="Lato"/>
          <w:sz w:val="20"/>
          <w:szCs w:val="20"/>
        </w:rPr>
        <w:t>ul</w:t>
      </w:r>
      <w:proofErr w:type="spellEnd"/>
      <w:r w:rsidR="00DD5064">
        <w:rPr>
          <w:rFonts w:ascii="Lato" w:hAnsi="Lato" w:cs="Lato"/>
          <w:sz w:val="20"/>
          <w:szCs w:val="20"/>
        </w:rPr>
        <w:t xml:space="preserve">. </w:t>
      </w:r>
      <w:proofErr w:type="spellStart"/>
      <w:r w:rsidR="00DD5064">
        <w:rPr>
          <w:rFonts w:ascii="Lato" w:hAnsi="Lato" w:cs="Lato"/>
          <w:sz w:val="20"/>
          <w:szCs w:val="20"/>
        </w:rPr>
        <w:t>Krasickiego</w:t>
      </w:r>
      <w:proofErr w:type="spellEnd"/>
      <w:r w:rsidR="00DD5064">
        <w:rPr>
          <w:rFonts w:ascii="Lato" w:hAnsi="Lato" w:cs="Lato"/>
          <w:sz w:val="20"/>
          <w:szCs w:val="20"/>
        </w:rPr>
        <w:t xml:space="preserve"> 28</w:t>
      </w:r>
    </w:p>
    <w:p w14:paraId="61360609" w14:textId="162200D8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Miejscowość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DD5064">
        <w:rPr>
          <w:rFonts w:ascii="Lato" w:hAnsi="Lato" w:cs="Lato"/>
          <w:sz w:val="20"/>
          <w:szCs w:val="20"/>
        </w:rPr>
        <w:t>Gdynia</w:t>
      </w:r>
    </w:p>
    <w:p w14:paraId="709273EA" w14:textId="07784390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Gmina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DD5064">
        <w:rPr>
          <w:rFonts w:ascii="Lato" w:hAnsi="Lato" w:cs="Lato"/>
          <w:sz w:val="20"/>
          <w:szCs w:val="20"/>
        </w:rPr>
        <w:t>Gdynia</w:t>
      </w:r>
    </w:p>
    <w:p w14:paraId="3D75C062" w14:textId="5565C874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Powiat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DD5064">
        <w:rPr>
          <w:rFonts w:ascii="Lato" w:hAnsi="Lato" w:cs="Lato"/>
          <w:sz w:val="20"/>
          <w:szCs w:val="20"/>
        </w:rPr>
        <w:t>Gdynia</w:t>
      </w:r>
    </w:p>
    <w:p w14:paraId="5E284755" w14:textId="77777777" w:rsidR="00DD5064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Potwierdzam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prawidłowość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powyższych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</w:p>
    <w:p w14:paraId="44416804" w14:textId="77777777" w:rsidR="00DD5064" w:rsidRDefault="00DD5064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69624A7D" w14:textId="005E7F2C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>data, podpis i pieczęć dyrektora szkoły</w:t>
      </w:r>
    </w:p>
    <w:p w14:paraId="7AD083E9" w14:textId="091DC8B9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III. Dostosowanie warunków Konkursu</w:t>
      </w:r>
      <w:r w:rsidR="00A14621" w:rsidRPr="00352867">
        <w:rPr>
          <w:rFonts w:ascii="Lato" w:hAnsi="Lato" w:cs="Lato"/>
          <w:sz w:val="20"/>
          <w:szCs w:val="20"/>
        </w:rPr>
        <w:t>**</w:t>
      </w:r>
    </w:p>
    <w:p w14:paraId="2C616E11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Składam wniosek o dostosowanie warunków przeprowadzenia Konkursu do potrzeb uczestnika.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składam wniosku o dostosowanie warunków przeprowadzenia Konkursu.</w:t>
      </w:r>
    </w:p>
    <w:p w14:paraId="30C855B9" w14:textId="6ED7059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Dokumentację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potwierdzającą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potrzebę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dostosowania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przedstawia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szkole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zgodnie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</w:t>
      </w:r>
      <w:proofErr w:type="spellStart"/>
      <w:r w:rsidRPr="00352867">
        <w:rPr>
          <w:rFonts w:ascii="Lato" w:hAnsi="Lato" w:cs="Lato"/>
          <w:sz w:val="20"/>
          <w:szCs w:val="20"/>
        </w:rPr>
        <w:t>Regulaminem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Do RKK/WKK </w:t>
      </w:r>
      <w:proofErr w:type="spellStart"/>
      <w:r w:rsidRPr="00352867">
        <w:rPr>
          <w:rFonts w:ascii="Lato" w:hAnsi="Lato" w:cs="Lato"/>
          <w:sz w:val="20"/>
          <w:szCs w:val="20"/>
        </w:rPr>
        <w:t>przekazuje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w </w:t>
      </w:r>
      <w:proofErr w:type="spellStart"/>
      <w:r w:rsidRPr="00352867">
        <w:rPr>
          <w:rFonts w:ascii="Lato" w:hAnsi="Lato" w:cs="Lato"/>
          <w:sz w:val="20"/>
          <w:szCs w:val="20"/>
        </w:rPr>
        <w:t>miarę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możliwości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wyłącznie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 </w:t>
      </w:r>
      <w:proofErr w:type="spellStart"/>
      <w:r w:rsidRPr="00352867">
        <w:rPr>
          <w:rFonts w:ascii="Lato" w:hAnsi="Lato" w:cs="Lato"/>
          <w:sz w:val="20"/>
          <w:szCs w:val="20"/>
        </w:rPr>
        <w:t>wymaganym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sposobie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dostosowania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potwierdzenie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istnienia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podstaw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jego zastosowania, bez przekazywania dokumentacji medycznej, jeżeli nie jest to niezbędne.</w:t>
      </w:r>
    </w:p>
    <w:p w14:paraId="108D61FE" w14:textId="54BD5CB2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IV. </w:t>
      </w:r>
      <w:proofErr w:type="spellStart"/>
      <w:r w:rsidRPr="00352867">
        <w:rPr>
          <w:rFonts w:ascii="Lato" w:hAnsi="Lato" w:cs="Lato"/>
          <w:sz w:val="20"/>
          <w:szCs w:val="20"/>
        </w:rPr>
        <w:t>Wizerunek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– </w:t>
      </w:r>
      <w:proofErr w:type="spellStart"/>
      <w:r w:rsidRPr="00352867">
        <w:rPr>
          <w:rFonts w:ascii="Lato" w:hAnsi="Lato" w:cs="Lato"/>
          <w:sz w:val="20"/>
          <w:szCs w:val="20"/>
        </w:rPr>
        <w:t>Wojewódzka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Gala </w:t>
      </w:r>
      <w:proofErr w:type="spellStart"/>
      <w:r w:rsidRPr="00352867">
        <w:rPr>
          <w:rFonts w:ascii="Lato" w:hAnsi="Lato" w:cs="Lato"/>
          <w:sz w:val="20"/>
          <w:szCs w:val="20"/>
        </w:rPr>
        <w:t>Wręczenia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Zaświadczeń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Laureatom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**</w:t>
      </w:r>
    </w:p>
    <w:p w14:paraId="1AF50134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Zezwalam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zezwalam</w:t>
      </w:r>
    </w:p>
    <w:p w14:paraId="46A65EF8" w14:textId="1D65867B" w:rsidR="00A67B2E" w:rsidRPr="00352867" w:rsidRDefault="00382C8A" w:rsidP="00411193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rozpowszechnianie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wizerunku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mojego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dziecka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utrwalonego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podczas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Wojewódzkiej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Gali </w:t>
      </w:r>
      <w:proofErr w:type="spellStart"/>
      <w:r w:rsidRPr="00352867">
        <w:rPr>
          <w:rFonts w:ascii="Lato" w:hAnsi="Lato" w:cs="Lato"/>
          <w:sz w:val="20"/>
          <w:szCs w:val="20"/>
        </w:rPr>
        <w:t>Wręczenia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Zaświadczeń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Laureatom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poprzez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publikację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stronie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internetowej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Kuratorium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Gdańsku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352867">
        <w:rPr>
          <w:rFonts w:ascii="Lato" w:hAnsi="Lato" w:cs="Lato"/>
          <w:sz w:val="20"/>
          <w:szCs w:val="20"/>
        </w:rPr>
        <w:br/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oficjalnych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profilach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Kuratorium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serwisach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społecznościowych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w </w:t>
      </w:r>
      <w:proofErr w:type="spellStart"/>
      <w:r w:rsidRPr="00352867">
        <w:rPr>
          <w:rFonts w:ascii="Lato" w:hAnsi="Lato" w:cs="Lato"/>
          <w:sz w:val="20"/>
          <w:szCs w:val="20"/>
        </w:rPr>
        <w:t>celu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 </w:t>
      </w:r>
      <w:proofErr w:type="spellStart"/>
      <w:r w:rsidRPr="00352867">
        <w:rPr>
          <w:rFonts w:ascii="Lato" w:hAnsi="Lato" w:cs="Lato"/>
          <w:sz w:val="20"/>
          <w:szCs w:val="20"/>
        </w:rPr>
        <w:t>wydarzeniu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352867">
        <w:rPr>
          <w:rFonts w:ascii="Lato" w:hAnsi="Lato" w:cs="Lato"/>
          <w:sz w:val="20"/>
          <w:szCs w:val="20"/>
        </w:rPr>
        <w:br/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działalności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Kuratorium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="00411193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Zezwolenie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352867">
        <w:rPr>
          <w:rFonts w:ascii="Lato" w:hAnsi="Lato" w:cs="Lato"/>
          <w:sz w:val="20"/>
          <w:szCs w:val="20"/>
        </w:rPr>
        <w:t>dobrowolne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Brak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zezwolenia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wpływa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udział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Konkursie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uzyskanie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tytułu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ani </w:t>
      </w:r>
      <w:proofErr w:type="spellStart"/>
      <w:r w:rsidRPr="00352867">
        <w:rPr>
          <w:rFonts w:ascii="Lato" w:hAnsi="Lato" w:cs="Lato"/>
          <w:sz w:val="20"/>
          <w:szCs w:val="20"/>
        </w:rPr>
        <w:t>udział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Gali. Podstawą rozpowszechniania wizerunku jest art. 81 ust. 1 ustawy o prawie </w:t>
      </w:r>
      <w:r w:rsidRPr="00352867">
        <w:rPr>
          <w:rFonts w:ascii="Lato" w:hAnsi="Lato" w:cs="Lato"/>
          <w:sz w:val="20"/>
          <w:szCs w:val="20"/>
        </w:rPr>
        <w:lastRenderedPageBreak/>
        <w:t xml:space="preserve">autorskim i prawach </w:t>
      </w:r>
      <w:proofErr w:type="spellStart"/>
      <w:r w:rsidRPr="00352867">
        <w:rPr>
          <w:rFonts w:ascii="Lato" w:hAnsi="Lato" w:cs="Lato"/>
          <w:sz w:val="20"/>
          <w:szCs w:val="20"/>
        </w:rPr>
        <w:t>pokrewnych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</w:t>
      </w:r>
      <w:proofErr w:type="spellStart"/>
      <w:r w:rsidRPr="00352867">
        <w:rPr>
          <w:rFonts w:ascii="Lato" w:hAnsi="Lato" w:cs="Lato"/>
          <w:sz w:val="20"/>
          <w:szCs w:val="20"/>
        </w:rPr>
        <w:t>zasady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związanych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z </w:t>
      </w:r>
      <w:proofErr w:type="spellStart"/>
      <w:r w:rsidRPr="00352867">
        <w:rPr>
          <w:rFonts w:ascii="Lato" w:hAnsi="Lato" w:cs="Lato"/>
          <w:sz w:val="20"/>
          <w:szCs w:val="20"/>
        </w:rPr>
        <w:t>publikacją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wizerunku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określa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odrębna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Administratora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</w:p>
    <w:p w14:paraId="771585ED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5B7E9558" w14:textId="3B00B402" w:rsidR="00936BB1" w:rsidRPr="00352867" w:rsidRDefault="00936BB1" w:rsidP="00552DFF">
      <w:pPr>
        <w:spacing w:after="80" w:line="240" w:lineRule="auto"/>
        <w:rPr>
          <w:rFonts w:ascii="Lato" w:hAnsi="Lato" w:cs="Lato"/>
          <w:color w:val="4F81BD" w:themeColor="accent1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color w:val="4F81BD" w:themeColor="accent1"/>
          <w:sz w:val="20"/>
          <w:szCs w:val="20"/>
          <w:lang w:val="pl-PL"/>
        </w:rPr>
        <w:t>V. Imię i nazwisko ucznia – Wojewódzka Gala Wręczenia Zaświadczeń Laureatom</w:t>
      </w:r>
    </w:p>
    <w:p w14:paraId="22343B8E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Wyrażam zgodę</w:t>
      </w:r>
      <w:r w:rsidRPr="00352867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Nie wyrażam zgody</w:t>
      </w:r>
    </w:p>
    <w:p w14:paraId="48DD8C01" w14:textId="19A0F044" w:rsidR="00936BB1" w:rsidRPr="00352867" w:rsidRDefault="00936BB1" w:rsidP="00411193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na wyświetlenie podczas Wojewódzkiej Gali Wręczenia Zaświadczeń Laureatom Wojewódzkich Konkursów Przedmiotowych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imienia i nazwiska mojego dziecka oraz nazwy szkoły, do której uczęszcza</w:t>
      </w:r>
      <w:r w:rsidRPr="00352867">
        <w:rPr>
          <w:rFonts w:ascii="Lato" w:hAnsi="Lato" w:cs="Lato"/>
          <w:sz w:val="20"/>
          <w:szCs w:val="20"/>
          <w:lang w:val="pl-PL"/>
        </w:rPr>
        <w:t xml:space="preserve">, w prezentacji multimedialnej przygotowanej na potrzeby uroczystości. Zgoda jest dobrowolna. Brak zgody nie ma wpływu </w:t>
      </w:r>
      <w:r w:rsidR="00411193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Lato" w:hAnsi="Lato" w:cs="Lato"/>
          <w:sz w:val="20"/>
          <w:szCs w:val="20"/>
          <w:lang w:val="pl-PL"/>
        </w:rPr>
        <w:t>na uzyskanie tytułu laureata, otrzymanie zaświadczenia ani możliwość udziału ucznia w Gali.</w:t>
      </w:r>
    </w:p>
    <w:p w14:paraId="7650DEE6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Zgoda może zostać wycofana w każdym czasie przed wykorzystaniem danych w prezentacji. Wycofanie zgody nie wpływa na zgodność z prawem przetwarzania dokonanego przed jej wycofaniem.</w:t>
      </w:r>
    </w:p>
    <w:p w14:paraId="178403E9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sz w:val="20"/>
          <w:szCs w:val="20"/>
          <w:lang w:val="pl-PL"/>
        </w:rPr>
        <w:t>Podstawą przetwarzania danych w tym zakresie jest art. 6 ust. 1 lit. a RODO.</w:t>
      </w:r>
    </w:p>
    <w:p w14:paraId="77962090" w14:textId="2506974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Oświadczenie rodzica/opiekuna prawnego</w:t>
      </w:r>
    </w:p>
    <w:p w14:paraId="556C37A9" w14:textId="7F99F8A5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Oświadczam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że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Karcie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zgodne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ze </w:t>
      </w:r>
      <w:proofErr w:type="spellStart"/>
      <w:r w:rsidRPr="00352867">
        <w:rPr>
          <w:rFonts w:ascii="Lato" w:hAnsi="Lato" w:cs="Lato"/>
          <w:sz w:val="20"/>
          <w:szCs w:val="20"/>
        </w:rPr>
        <w:t>stanem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faktycznym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zapoznałam</w:t>
      </w:r>
      <w:proofErr w:type="spellEnd"/>
      <w:r w:rsidRPr="00352867">
        <w:rPr>
          <w:rFonts w:ascii="Lato" w:hAnsi="Lato" w:cs="Lato"/>
          <w:sz w:val="20"/>
          <w:szCs w:val="20"/>
        </w:rPr>
        <w:t>/</w:t>
      </w:r>
      <w:proofErr w:type="spellStart"/>
      <w:r w:rsidRPr="00352867">
        <w:rPr>
          <w:rFonts w:ascii="Lato" w:hAnsi="Lato" w:cs="Lato"/>
          <w:sz w:val="20"/>
          <w:szCs w:val="20"/>
        </w:rPr>
        <w:t>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</w:t>
      </w:r>
      <w:proofErr w:type="spellStart"/>
      <w:r w:rsidRPr="00352867">
        <w:rPr>
          <w:rFonts w:ascii="Lato" w:hAnsi="Lato" w:cs="Lato"/>
          <w:sz w:val="20"/>
          <w:szCs w:val="20"/>
        </w:rPr>
        <w:t>Regulaminem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otrzymałam</w:t>
      </w:r>
      <w:proofErr w:type="spellEnd"/>
      <w:r w:rsidRPr="00352867">
        <w:rPr>
          <w:rFonts w:ascii="Lato" w:hAnsi="Lato" w:cs="Lato"/>
          <w:sz w:val="20"/>
          <w:szCs w:val="20"/>
        </w:rPr>
        <w:t>/</w:t>
      </w:r>
      <w:proofErr w:type="spellStart"/>
      <w:r w:rsidRPr="00352867">
        <w:rPr>
          <w:rFonts w:ascii="Lato" w:hAnsi="Lato" w:cs="Lato"/>
          <w:sz w:val="20"/>
          <w:szCs w:val="20"/>
        </w:rPr>
        <w:t>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lub udostępniono mi informacje dotyczące przetwarzania danych osobowych przez właściwego administratora.</w:t>
      </w:r>
    </w:p>
    <w:p w14:paraId="33A03845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>miejscowość, data i podpis rodzica/opiekuna prawnego</w:t>
      </w:r>
    </w:p>
    <w:p w14:paraId="249B7BCC" w14:textId="08E7585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Informacja dotycząca przetwarzania danych na stopniu I – szkolnym</w:t>
      </w:r>
    </w:p>
    <w:p w14:paraId="7BE8F495" w14:textId="28859F6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Administratorem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osobowych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szkoła: </w:t>
      </w:r>
      <w:proofErr w:type="spellStart"/>
      <w:r w:rsidR="00DD5064">
        <w:rPr>
          <w:rFonts w:ascii="Lato" w:hAnsi="Lato" w:cs="Lato"/>
          <w:sz w:val="20"/>
          <w:szCs w:val="20"/>
        </w:rPr>
        <w:t>Szkoła</w:t>
      </w:r>
      <w:proofErr w:type="spellEnd"/>
      <w:r w:rsidR="00DD5064">
        <w:rPr>
          <w:rFonts w:ascii="Lato" w:hAnsi="Lato" w:cs="Lato"/>
          <w:sz w:val="20"/>
          <w:szCs w:val="20"/>
        </w:rPr>
        <w:t xml:space="preserve"> </w:t>
      </w:r>
      <w:proofErr w:type="spellStart"/>
      <w:r w:rsidR="00DD5064">
        <w:rPr>
          <w:rFonts w:ascii="Lato" w:hAnsi="Lato" w:cs="Lato"/>
          <w:sz w:val="20"/>
          <w:szCs w:val="20"/>
        </w:rPr>
        <w:t>Podstawowa</w:t>
      </w:r>
      <w:proofErr w:type="spellEnd"/>
      <w:r w:rsidR="00DD5064">
        <w:rPr>
          <w:rFonts w:ascii="Lato" w:hAnsi="Lato" w:cs="Lato"/>
          <w:sz w:val="20"/>
          <w:szCs w:val="20"/>
        </w:rPr>
        <w:t xml:space="preserve"> nr 18 </w:t>
      </w:r>
      <w:proofErr w:type="spellStart"/>
      <w:r w:rsidR="00DD5064">
        <w:rPr>
          <w:rFonts w:ascii="Lato" w:hAnsi="Lato" w:cs="Lato"/>
          <w:sz w:val="20"/>
          <w:szCs w:val="20"/>
        </w:rPr>
        <w:t>im</w:t>
      </w:r>
      <w:proofErr w:type="spellEnd"/>
      <w:r w:rsidR="00DD5064">
        <w:rPr>
          <w:rFonts w:ascii="Lato" w:hAnsi="Lato" w:cs="Lato"/>
          <w:sz w:val="20"/>
          <w:szCs w:val="20"/>
        </w:rPr>
        <w:t xml:space="preserve">. </w:t>
      </w:r>
      <w:proofErr w:type="spellStart"/>
      <w:r w:rsidR="00DD5064">
        <w:rPr>
          <w:rFonts w:ascii="Lato" w:hAnsi="Lato" w:cs="Lato"/>
          <w:sz w:val="20"/>
          <w:szCs w:val="20"/>
        </w:rPr>
        <w:t>Kornela</w:t>
      </w:r>
      <w:proofErr w:type="spellEnd"/>
      <w:r w:rsidR="00DD5064">
        <w:rPr>
          <w:rFonts w:ascii="Lato" w:hAnsi="Lato" w:cs="Lato"/>
          <w:sz w:val="20"/>
          <w:szCs w:val="20"/>
        </w:rPr>
        <w:t xml:space="preserve"> </w:t>
      </w:r>
      <w:proofErr w:type="spellStart"/>
      <w:r w:rsidR="00DD5064">
        <w:rPr>
          <w:rFonts w:ascii="Lato" w:hAnsi="Lato" w:cs="Lato"/>
          <w:sz w:val="20"/>
          <w:szCs w:val="20"/>
        </w:rPr>
        <w:t>Makuszyńskiego</w:t>
      </w:r>
      <w:proofErr w:type="spellEnd"/>
      <w:r w:rsidR="00DD5064">
        <w:rPr>
          <w:rFonts w:ascii="Lato" w:hAnsi="Lato" w:cs="Lato"/>
          <w:sz w:val="20"/>
          <w:szCs w:val="20"/>
        </w:rPr>
        <w:t xml:space="preserve"> </w:t>
      </w:r>
    </w:p>
    <w:p w14:paraId="32FBF02A" w14:textId="6C7F5B3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Dane kontaktowe szkoły: </w:t>
      </w:r>
      <w:proofErr w:type="spellStart"/>
      <w:r w:rsidR="00DD5064">
        <w:rPr>
          <w:rFonts w:ascii="Lato" w:hAnsi="Lato" w:cs="Lato"/>
          <w:sz w:val="20"/>
          <w:szCs w:val="20"/>
        </w:rPr>
        <w:t>ul</w:t>
      </w:r>
      <w:proofErr w:type="spellEnd"/>
      <w:r w:rsidR="00DD5064">
        <w:rPr>
          <w:rFonts w:ascii="Lato" w:hAnsi="Lato" w:cs="Lato"/>
          <w:sz w:val="20"/>
          <w:szCs w:val="20"/>
        </w:rPr>
        <w:t xml:space="preserve">. </w:t>
      </w:r>
      <w:proofErr w:type="spellStart"/>
      <w:r w:rsidR="00DD5064">
        <w:rPr>
          <w:rFonts w:ascii="Lato" w:hAnsi="Lato" w:cs="Lato"/>
          <w:sz w:val="20"/>
          <w:szCs w:val="20"/>
        </w:rPr>
        <w:t>Krasickiego</w:t>
      </w:r>
      <w:proofErr w:type="spellEnd"/>
      <w:r w:rsidR="00DD5064">
        <w:rPr>
          <w:rFonts w:ascii="Lato" w:hAnsi="Lato" w:cs="Lato"/>
          <w:sz w:val="20"/>
          <w:szCs w:val="20"/>
        </w:rPr>
        <w:t xml:space="preserve"> 28</w:t>
      </w:r>
    </w:p>
    <w:p w14:paraId="063954CD" w14:textId="4203CA51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Kontakt do IOD </w:t>
      </w:r>
      <w:proofErr w:type="spellStart"/>
      <w:r w:rsidRPr="00352867">
        <w:rPr>
          <w:rFonts w:ascii="Lato" w:hAnsi="Lato" w:cs="Lato"/>
          <w:sz w:val="20"/>
          <w:szCs w:val="20"/>
        </w:rPr>
        <w:t>szkoły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: </w:t>
      </w:r>
      <w:r w:rsidR="00DD5064">
        <w:rPr>
          <w:rFonts w:ascii="Lato" w:hAnsi="Lato" w:cs="Lato"/>
          <w:sz w:val="20"/>
          <w:szCs w:val="20"/>
        </w:rPr>
        <w:t>iod.edu@gdynia.pl</w:t>
      </w:r>
    </w:p>
    <w:p w14:paraId="02312C48" w14:textId="2E115FB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Dane są przetwarzane w celu organizacji i przeprowadzenia </w:t>
      </w:r>
      <w:proofErr w:type="spellStart"/>
      <w:r w:rsidRPr="00352867">
        <w:rPr>
          <w:rFonts w:ascii="Lato" w:hAnsi="Lato" w:cs="Lato"/>
          <w:sz w:val="20"/>
          <w:szCs w:val="20"/>
        </w:rPr>
        <w:t>stopnia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I – </w:t>
      </w:r>
      <w:proofErr w:type="spellStart"/>
      <w:r w:rsidRPr="00352867">
        <w:rPr>
          <w:rFonts w:ascii="Lato" w:hAnsi="Lato" w:cs="Lato"/>
          <w:sz w:val="20"/>
          <w:szCs w:val="20"/>
        </w:rPr>
        <w:t>szkolnego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ustalenia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sporządzenia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dokumentacji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Szczegółowe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informacje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dotyczące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celów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podstaw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prawnych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zakresu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i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okresu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danych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przez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Pomorskiego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Kuratora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Oświaty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oraz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praw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osób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których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dane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dotyczą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zawiera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Klauzula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informacyjna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Pomorskiego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Kuratora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Oświaty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stanowiąca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załącznik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Regulaminu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Konkursu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>..</w:t>
      </w:r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wymaganych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udziału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Konkursie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352867">
        <w:rPr>
          <w:rFonts w:ascii="Lato" w:hAnsi="Lato" w:cs="Lato"/>
          <w:sz w:val="20"/>
          <w:szCs w:val="20"/>
        </w:rPr>
        <w:t>niezbędne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ich </w:t>
      </w:r>
      <w:proofErr w:type="spellStart"/>
      <w:r w:rsidRPr="00352867">
        <w:rPr>
          <w:rFonts w:ascii="Lato" w:hAnsi="Lato" w:cs="Lato"/>
          <w:sz w:val="20"/>
          <w:szCs w:val="20"/>
        </w:rPr>
        <w:t>brak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może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uniemożliwić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zgłoszenie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lub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realizację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udziału.Dane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dokumentacja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uczestników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określonych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Regulaminie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mogą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zostać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przekazane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właściwej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RKK w </w:t>
      </w:r>
      <w:proofErr w:type="spellStart"/>
      <w:r w:rsidRPr="00352867">
        <w:rPr>
          <w:rFonts w:ascii="Lato" w:hAnsi="Lato" w:cs="Lato"/>
          <w:sz w:val="20"/>
          <w:szCs w:val="20"/>
        </w:rPr>
        <w:t>celu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weryfikacji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stopnia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I – </w:t>
      </w:r>
      <w:proofErr w:type="spellStart"/>
      <w:r w:rsidRPr="00352867">
        <w:rPr>
          <w:rFonts w:ascii="Lato" w:hAnsi="Lato" w:cs="Lato"/>
          <w:sz w:val="20"/>
          <w:szCs w:val="20"/>
        </w:rPr>
        <w:t>szkolnego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ustalenia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kwalifikacji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stopnia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II – </w:t>
      </w:r>
      <w:proofErr w:type="spellStart"/>
      <w:r w:rsidRPr="00352867">
        <w:rPr>
          <w:rFonts w:ascii="Lato" w:hAnsi="Lato" w:cs="Lato"/>
          <w:sz w:val="20"/>
          <w:szCs w:val="20"/>
        </w:rPr>
        <w:t>rejonowego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dalszej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organizacji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W </w:t>
      </w:r>
      <w:proofErr w:type="spellStart"/>
      <w:r w:rsidRPr="00352867">
        <w:rPr>
          <w:rFonts w:ascii="Lato" w:hAnsi="Lato" w:cs="Lato"/>
          <w:sz w:val="20"/>
          <w:szCs w:val="20"/>
        </w:rPr>
        <w:t>zakresie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tych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administratorem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352867">
        <w:rPr>
          <w:rFonts w:ascii="Lato" w:hAnsi="Lato" w:cs="Lato"/>
          <w:sz w:val="20"/>
          <w:szCs w:val="20"/>
        </w:rPr>
        <w:t>Pomorski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Pr="00352867">
        <w:rPr>
          <w:rFonts w:ascii="Lato" w:hAnsi="Lato" w:cs="Lato"/>
          <w:sz w:val="20"/>
          <w:szCs w:val="20"/>
        </w:rPr>
        <w:t xml:space="preserve">Dane </w:t>
      </w:r>
      <w:proofErr w:type="spellStart"/>
      <w:r w:rsidRPr="00352867">
        <w:rPr>
          <w:rFonts w:ascii="Lato" w:hAnsi="Lato" w:cs="Lato"/>
          <w:sz w:val="20"/>
          <w:szCs w:val="20"/>
        </w:rPr>
        <w:t>będą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przechowywane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okres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wynikający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z </w:t>
      </w:r>
      <w:proofErr w:type="spellStart"/>
      <w:r w:rsidRPr="00352867">
        <w:rPr>
          <w:rFonts w:ascii="Lato" w:hAnsi="Lato" w:cs="Lato"/>
          <w:sz w:val="20"/>
          <w:szCs w:val="20"/>
        </w:rPr>
        <w:t>Regulaminu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przepisów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kancelaryjno-archiwalnych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JRWA </w:t>
      </w:r>
      <w:proofErr w:type="spellStart"/>
      <w:r w:rsidRPr="00352867">
        <w:rPr>
          <w:rFonts w:ascii="Lato" w:hAnsi="Lato" w:cs="Lato"/>
          <w:sz w:val="20"/>
          <w:szCs w:val="20"/>
        </w:rPr>
        <w:t>właściwego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administratora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Osobie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przysługują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zasadach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określonych</w:t>
      </w:r>
      <w:proofErr w:type="spellEnd"/>
      <w:r w:rsidR="00411193">
        <w:rPr>
          <w:rFonts w:ascii="Lato" w:hAnsi="Lato" w:cs="Lato"/>
          <w:sz w:val="20"/>
          <w:szCs w:val="20"/>
        </w:rPr>
        <w:t xml:space="preserve"> </w:t>
      </w:r>
      <w:r w:rsidR="00411193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w RODO, m.in. </w:t>
      </w:r>
      <w:proofErr w:type="spellStart"/>
      <w:r w:rsidRPr="00352867">
        <w:rPr>
          <w:rFonts w:ascii="Lato" w:hAnsi="Lato" w:cs="Lato"/>
          <w:sz w:val="20"/>
          <w:szCs w:val="20"/>
        </w:rPr>
        <w:t>prawa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dostępu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sprostowania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ograniczenia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wniesienia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skargi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do </w:t>
      </w:r>
      <w:proofErr w:type="spellStart"/>
      <w:r w:rsidRPr="00352867">
        <w:rPr>
          <w:rFonts w:ascii="Lato" w:hAnsi="Lato" w:cs="Lato"/>
          <w:sz w:val="20"/>
          <w:szCs w:val="20"/>
        </w:rPr>
        <w:t>Prezesa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UODO.</w:t>
      </w:r>
    </w:p>
    <w:p w14:paraId="337C79A2" w14:textId="370ADE5B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Informacja o dalszym przetwarzaniu danych przez Pomorskiego Kuratora Oświaty</w:t>
      </w:r>
    </w:p>
    <w:p w14:paraId="49530D87" w14:textId="26D892D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Jeżeli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dokumentacja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uczestnika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zostanie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przekazana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SKK do </w:t>
      </w:r>
      <w:proofErr w:type="spellStart"/>
      <w:r w:rsidRPr="00352867">
        <w:rPr>
          <w:rFonts w:ascii="Lato" w:hAnsi="Lato" w:cs="Lato"/>
          <w:sz w:val="20"/>
          <w:szCs w:val="20"/>
        </w:rPr>
        <w:t>właściwej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RKK </w:t>
      </w:r>
      <w:proofErr w:type="spellStart"/>
      <w:r w:rsidRPr="00352867">
        <w:rPr>
          <w:rFonts w:ascii="Lato" w:hAnsi="Lato" w:cs="Lato"/>
          <w:sz w:val="20"/>
          <w:szCs w:val="20"/>
        </w:rPr>
        <w:t>zgodnie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</w:t>
      </w:r>
      <w:proofErr w:type="spellStart"/>
      <w:r w:rsidRPr="00352867">
        <w:rPr>
          <w:rFonts w:ascii="Lato" w:hAnsi="Lato" w:cs="Lato"/>
          <w:sz w:val="20"/>
          <w:szCs w:val="20"/>
        </w:rPr>
        <w:t>Regulaminem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Pomorski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352867">
        <w:rPr>
          <w:rFonts w:ascii="Lato" w:hAnsi="Lato" w:cs="Lato"/>
          <w:sz w:val="20"/>
          <w:szCs w:val="20"/>
        </w:rPr>
        <w:t>administratorem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danych przetwarzanych w celu weryfikacji wyniku stopnia I, kwalifikacji do stopnia II i dalszej realizacji Konkursu. </w:t>
      </w:r>
      <w:proofErr w:type="spellStart"/>
      <w:r w:rsidRPr="00352867">
        <w:rPr>
          <w:rFonts w:ascii="Lato" w:hAnsi="Lato" w:cs="Lato"/>
          <w:sz w:val="20"/>
          <w:szCs w:val="20"/>
        </w:rPr>
        <w:t>Szczegółowe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informacje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zawiera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Klauzula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informacyjna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Pomorskiego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stanowiąca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załącznik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Regulaminu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Klauzula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411193">
        <w:rPr>
          <w:rFonts w:ascii="Lato" w:hAnsi="Lato" w:cs="Lato"/>
          <w:sz w:val="20"/>
          <w:szCs w:val="20"/>
        </w:rPr>
        <w:br/>
      </w:r>
      <w:proofErr w:type="spellStart"/>
      <w:r w:rsidRPr="00352867">
        <w:rPr>
          <w:rFonts w:ascii="Lato" w:hAnsi="Lato" w:cs="Lato"/>
          <w:sz w:val="20"/>
          <w:szCs w:val="20"/>
        </w:rPr>
        <w:t>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wymaga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podpisania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</w:p>
    <w:p w14:paraId="5E9FAB94" w14:textId="77777777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02B0B2ED" w14:textId="4FCCD103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* </w:t>
      </w:r>
      <w:proofErr w:type="spellStart"/>
      <w:r w:rsidRPr="00352867">
        <w:rPr>
          <w:rFonts w:ascii="Lato" w:hAnsi="Lato" w:cs="Lato"/>
          <w:sz w:val="20"/>
          <w:szCs w:val="20"/>
        </w:rPr>
        <w:t>wypełnić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komputerowo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/ </w:t>
      </w:r>
      <w:proofErr w:type="spellStart"/>
      <w:r w:rsidRPr="00352867">
        <w:rPr>
          <w:rFonts w:ascii="Lato" w:hAnsi="Lato" w:cs="Lato"/>
          <w:sz w:val="20"/>
          <w:szCs w:val="20"/>
        </w:rPr>
        <w:t>pisemnie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drukowanymi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literami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 ** </w:t>
      </w:r>
      <w:proofErr w:type="spellStart"/>
      <w:r w:rsidRPr="00352867">
        <w:rPr>
          <w:rFonts w:ascii="Lato" w:hAnsi="Lato" w:cs="Lato"/>
          <w:sz w:val="20"/>
          <w:szCs w:val="20"/>
        </w:rPr>
        <w:t>zaznacz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jedną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odpowiedź</w:t>
      </w:r>
      <w:proofErr w:type="spellEnd"/>
    </w:p>
    <w:sectPr w:rsidR="00A14621" w:rsidRPr="00352867" w:rsidSect="00411193">
      <w:headerReference w:type="default" r:id="rId8"/>
      <w:footerReference w:type="default" r:id="rId9"/>
      <w:pgSz w:w="12240" w:h="15840"/>
      <w:pgMar w:top="1020" w:right="1247" w:bottom="851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49D40" w14:textId="77777777" w:rsidR="002202BB" w:rsidRDefault="002202BB">
      <w:pPr>
        <w:spacing w:after="0" w:line="240" w:lineRule="auto"/>
      </w:pPr>
      <w:r>
        <w:separator/>
      </w:r>
    </w:p>
  </w:endnote>
  <w:endnote w:type="continuationSeparator" w:id="0">
    <w:p w14:paraId="4E56291C" w14:textId="77777777" w:rsidR="002202BB" w:rsidRDefault="00220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90405" w14:textId="77777777" w:rsidR="00A67B2E" w:rsidRDefault="00382C8A">
    <w:pPr>
      <w:pStyle w:val="Stopka"/>
      <w:jc w:val="center"/>
    </w:pPr>
    <w:r>
      <w:rPr>
        <w:sz w:val="16"/>
      </w:rPr>
      <w:t>Pakiet RODO – konkursy przedmiotowe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A5B19" w14:textId="77777777" w:rsidR="002202BB" w:rsidRDefault="002202BB">
      <w:pPr>
        <w:spacing w:after="0" w:line="240" w:lineRule="auto"/>
      </w:pPr>
      <w:r>
        <w:separator/>
      </w:r>
    </w:p>
  </w:footnote>
  <w:footnote w:type="continuationSeparator" w:id="0">
    <w:p w14:paraId="657B9E87" w14:textId="77777777" w:rsidR="002202BB" w:rsidRDefault="00220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ABDEB" w14:textId="09626A7A" w:rsidR="00300FAC" w:rsidRPr="00352867" w:rsidRDefault="00300FAC" w:rsidP="00352867">
    <w:pPr>
      <w:spacing w:before="60"/>
      <w:ind w:left="2880" w:firstLine="720"/>
      <w:jc w:val="center"/>
      <w:rPr>
        <w:rFonts w:ascii="Lato" w:eastAsiaTheme="minorHAnsi" w:hAnsi="Lato" w:cs="Lato"/>
        <w:bCs/>
        <w:iCs/>
        <w:sz w:val="20"/>
        <w:szCs w:val="20"/>
      </w:rPr>
    </w:pPr>
    <w:r w:rsidRPr="00352867">
      <w:rPr>
        <w:rFonts w:ascii="Lato" w:hAnsi="Lato" w:cs="Lato"/>
        <w:i/>
        <w:iCs/>
        <w:sz w:val="20"/>
        <w:szCs w:val="20"/>
      </w:rPr>
      <w:t xml:space="preserve">Załącznik nr 1 do </w:t>
    </w:r>
    <w:proofErr w:type="spellStart"/>
    <w:r w:rsidRPr="00352867">
      <w:rPr>
        <w:rFonts w:ascii="Lato" w:hAnsi="Lato" w:cs="Lato"/>
        <w:i/>
        <w:iCs/>
        <w:sz w:val="20"/>
        <w:szCs w:val="20"/>
      </w:rPr>
      <w:t>Regulaminu</w:t>
    </w:r>
    <w:proofErr w:type="spellEnd"/>
    <w:r w:rsidRPr="00352867">
      <w:rPr>
        <w:rFonts w:ascii="Lato" w:eastAsiaTheme="minorHAnsi" w:hAnsi="Lato" w:cs="Lato"/>
        <w:bCs/>
        <w:sz w:val="20"/>
        <w:szCs w:val="20"/>
      </w:rPr>
      <w:t xml:space="preserve"> </w:t>
    </w:r>
    <w:proofErr w:type="spellStart"/>
    <w:r w:rsidRPr="00352867">
      <w:rPr>
        <w:rFonts w:ascii="Lato" w:eastAsiaTheme="minorHAnsi" w:hAnsi="Lato" w:cs="Lato"/>
        <w:bCs/>
        <w:sz w:val="20"/>
        <w:szCs w:val="20"/>
      </w:rPr>
      <w:t>Wojewódzkiego</w:t>
    </w:r>
    <w:proofErr w:type="spellEnd"/>
    <w:r w:rsidRPr="00352867">
      <w:rPr>
        <w:rFonts w:ascii="Lato" w:eastAsiaTheme="minorHAnsi" w:hAnsi="Lato" w:cs="Lato"/>
        <w:bCs/>
        <w:sz w:val="20"/>
        <w:szCs w:val="20"/>
      </w:rPr>
      <w:t xml:space="preserve"> </w:t>
    </w:r>
    <w:proofErr w:type="spellStart"/>
    <w:r w:rsidRPr="00352867">
      <w:rPr>
        <w:rFonts w:ascii="Lato" w:eastAsiaTheme="minorHAnsi" w:hAnsi="Lato" w:cs="Lato"/>
        <w:bCs/>
        <w:sz w:val="20"/>
        <w:szCs w:val="20"/>
      </w:rPr>
      <w:t>Konkursu</w:t>
    </w:r>
    <w:proofErr w:type="spellEnd"/>
    <w:r w:rsidRPr="00352867">
      <w:rPr>
        <w:rFonts w:ascii="Lato" w:eastAsiaTheme="minorHAnsi" w:hAnsi="Lato" w:cs="Lato"/>
        <w:bCs/>
        <w:sz w:val="20"/>
        <w:szCs w:val="20"/>
      </w:rPr>
      <w:t xml:space="preserve"> z……. </w:t>
    </w:r>
  </w:p>
  <w:p w14:paraId="63D25BFF" w14:textId="19C3D8D7" w:rsidR="00300FAC" w:rsidRDefault="00300FAC">
    <w:pPr>
      <w:pStyle w:val="Nagwek"/>
    </w:pPr>
  </w:p>
  <w:p w14:paraId="2837FD42" w14:textId="77777777" w:rsidR="00300FAC" w:rsidRDefault="00300F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0E619C7"/>
    <w:multiLevelType w:val="multilevel"/>
    <w:tmpl w:val="225C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58570127">
    <w:abstractNumId w:val="8"/>
  </w:num>
  <w:num w:numId="2" w16cid:durableId="568467023">
    <w:abstractNumId w:val="6"/>
  </w:num>
  <w:num w:numId="3" w16cid:durableId="443501336">
    <w:abstractNumId w:val="5"/>
  </w:num>
  <w:num w:numId="4" w16cid:durableId="2043675026">
    <w:abstractNumId w:val="4"/>
  </w:num>
  <w:num w:numId="5" w16cid:durableId="1987665693">
    <w:abstractNumId w:val="7"/>
  </w:num>
  <w:num w:numId="6" w16cid:durableId="1120956571">
    <w:abstractNumId w:val="3"/>
  </w:num>
  <w:num w:numId="7" w16cid:durableId="1694840851">
    <w:abstractNumId w:val="2"/>
  </w:num>
  <w:num w:numId="8" w16cid:durableId="638536962">
    <w:abstractNumId w:val="1"/>
  </w:num>
  <w:num w:numId="9" w16cid:durableId="56973981">
    <w:abstractNumId w:val="0"/>
  </w:num>
  <w:num w:numId="10" w16cid:durableId="15742710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D1C"/>
    <w:rsid w:val="00034616"/>
    <w:rsid w:val="0006063C"/>
    <w:rsid w:val="00086065"/>
    <w:rsid w:val="000F1AE1"/>
    <w:rsid w:val="0015074B"/>
    <w:rsid w:val="001A4C78"/>
    <w:rsid w:val="002202BB"/>
    <w:rsid w:val="0029639D"/>
    <w:rsid w:val="002A032A"/>
    <w:rsid w:val="00300FAC"/>
    <w:rsid w:val="00326F90"/>
    <w:rsid w:val="00352867"/>
    <w:rsid w:val="00382C8A"/>
    <w:rsid w:val="00411193"/>
    <w:rsid w:val="00535C1D"/>
    <w:rsid w:val="00552DFF"/>
    <w:rsid w:val="0069772A"/>
    <w:rsid w:val="0078477F"/>
    <w:rsid w:val="00936BB1"/>
    <w:rsid w:val="00A14621"/>
    <w:rsid w:val="00A67B2E"/>
    <w:rsid w:val="00A71650"/>
    <w:rsid w:val="00AA1D8D"/>
    <w:rsid w:val="00B2368F"/>
    <w:rsid w:val="00B452FD"/>
    <w:rsid w:val="00B47730"/>
    <w:rsid w:val="00BE6293"/>
    <w:rsid w:val="00BF64B4"/>
    <w:rsid w:val="00C81A2F"/>
    <w:rsid w:val="00CB0664"/>
    <w:rsid w:val="00D63C7B"/>
    <w:rsid w:val="00DD50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5E5270"/>
  <w14:defaultImageDpi w14:val="300"/>
  <w15:docId w15:val="{8248F8B3-A92E-4849-8245-3A57696A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43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9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0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8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15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92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80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75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96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11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31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CEA862-DE66-4E69-B657-92D831D46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833</Words>
  <Characters>4999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1-  Wzór Karty zgłoszenia ucznia do konkursu</dc:title>
  <dc:subject/>
  <dc:creator>python-docx</dc:creator>
  <cp:keywords/>
  <dc:description>generated by python-docx</dc:description>
  <cp:lastModifiedBy>Piwowska Anna</cp:lastModifiedBy>
  <cp:revision>2</cp:revision>
  <cp:lastPrinted>2026-08-27T08:48:00Z</cp:lastPrinted>
  <dcterms:created xsi:type="dcterms:W3CDTF">2026-09-30T08:03:00Z</dcterms:created>
  <dcterms:modified xsi:type="dcterms:W3CDTF">2026-09-30T08:03:00Z</dcterms:modified>
  <cp:category/>
</cp:coreProperties>
</file>